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0"/>
        <w:gridCol w:w="7937"/>
        <w:gridCol w:w="1303"/>
      </w:tblGrid>
      <w:tr w:rsidR="002C3832" w:rsidRPr="00267337" w14:paraId="2572B716" w14:textId="77777777">
        <w:trPr>
          <w:jc w:val="center"/>
        </w:trPr>
        <w:tc>
          <w:tcPr>
            <w:tcW w:w="1360" w:type="dxa"/>
            <w:tcMar>
              <w:top w:w="20" w:type="dxa"/>
              <w:left w:w="30" w:type="dxa"/>
              <w:bottom w:w="20" w:type="dxa"/>
              <w:right w:w="30" w:type="dxa"/>
            </w:tcMar>
          </w:tcPr>
          <w:p w14:paraId="56212253" w14:textId="77777777" w:rsidR="002C3832" w:rsidRPr="00267337" w:rsidRDefault="00000000">
            <w:pPr>
              <w:jc w:val="center"/>
            </w:pPr>
            <w:r w:rsidRPr="00267337">
              <w:rPr>
                <w:noProof/>
              </w:rPr>
              <w:drawing>
                <wp:inline distT="0" distB="0" distL="0" distR="0" wp14:anchorId="1ED1EEF8" wp14:editId="76C95776">
                  <wp:extent cx="630000" cy="57573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rasao-colorida-transparente(1)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" cy="575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7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502EBA78" w14:textId="77777777" w:rsidR="002C3832" w:rsidRPr="00267337" w:rsidRDefault="00000000">
            <w:pPr>
              <w:jc w:val="center"/>
            </w:pPr>
            <w:r w:rsidRPr="00267337">
              <w:rPr>
                <w:b/>
                <w:color w:val="123B70"/>
                <w:sz w:val="22"/>
              </w:rPr>
              <w:t>GOVERNO DO ESTADO DE PERNAMBUCO</w:t>
            </w:r>
          </w:p>
          <w:p w14:paraId="2BB47226" w14:textId="5ED157FD" w:rsidR="002C3832" w:rsidRDefault="00000000">
            <w:pPr>
              <w:spacing w:before="20"/>
              <w:jc w:val="center"/>
              <w:rPr>
                <w:b/>
                <w:sz w:val="18"/>
              </w:rPr>
            </w:pPr>
            <w:r w:rsidRPr="00267337">
              <w:rPr>
                <w:b/>
                <w:sz w:val="18"/>
              </w:rPr>
              <w:t>SECRETARIA DE EDUCAÇÃO</w:t>
            </w:r>
          </w:p>
          <w:p w14:paraId="0DE05FA5" w14:textId="77777777" w:rsidR="009D47E2" w:rsidRPr="00267337" w:rsidRDefault="009D47E2">
            <w:pPr>
              <w:spacing w:before="20"/>
              <w:jc w:val="center"/>
            </w:pPr>
          </w:p>
          <w:p w14:paraId="55830D75" w14:textId="77777777" w:rsidR="009D47E2" w:rsidRDefault="00000000">
            <w:pPr>
              <w:spacing w:before="20"/>
              <w:jc w:val="center"/>
              <w:rPr>
                <w:b/>
                <w:color w:val="123B70"/>
                <w:sz w:val="24"/>
              </w:rPr>
            </w:pPr>
            <w:r w:rsidRPr="00267337">
              <w:rPr>
                <w:b/>
                <w:color w:val="123B70"/>
                <w:sz w:val="24"/>
              </w:rPr>
              <w:t xml:space="preserve">FORMULÁRIO DE </w:t>
            </w:r>
            <w:r w:rsidR="009D47E2">
              <w:rPr>
                <w:b/>
                <w:color w:val="123B70"/>
                <w:sz w:val="24"/>
              </w:rPr>
              <w:t xml:space="preserve">IDENTIFICAÇÃO </w:t>
            </w:r>
          </w:p>
          <w:p w14:paraId="6ECB75EB" w14:textId="73C201A6" w:rsidR="002C3832" w:rsidRDefault="00000000" w:rsidP="009D47E2">
            <w:pPr>
              <w:spacing w:before="20"/>
              <w:jc w:val="center"/>
              <w:rPr>
                <w:i/>
                <w:color w:val="5A6573"/>
                <w:sz w:val="16"/>
              </w:rPr>
            </w:pPr>
            <w:r w:rsidRPr="00267337">
              <w:rPr>
                <w:b/>
                <w:color w:val="123B70"/>
                <w:sz w:val="24"/>
              </w:rPr>
              <w:t>AVALIAÇÃO DE DESEMPENHO</w:t>
            </w:r>
          </w:p>
          <w:p w14:paraId="208C4130" w14:textId="77777777" w:rsidR="009D47E2" w:rsidRDefault="009D47E2">
            <w:pPr>
              <w:jc w:val="center"/>
              <w:rPr>
                <w:i/>
                <w:color w:val="5A6573"/>
                <w:sz w:val="16"/>
              </w:rPr>
            </w:pPr>
          </w:p>
          <w:p w14:paraId="46FCDC64" w14:textId="77777777" w:rsidR="009D47E2" w:rsidRPr="00267337" w:rsidRDefault="009D47E2">
            <w:pPr>
              <w:jc w:val="center"/>
            </w:pPr>
          </w:p>
        </w:tc>
        <w:tc>
          <w:tcPr>
            <w:tcW w:w="1303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6D9FC5C3" w14:textId="40D1AE57" w:rsidR="002C3832" w:rsidRPr="00267337" w:rsidRDefault="00000000">
            <w:pPr>
              <w:jc w:val="center"/>
            </w:pPr>
            <w:r w:rsidRPr="00267337">
              <w:rPr>
                <w:b/>
                <w:color w:val="123B70"/>
                <w:sz w:val="20"/>
                <w:szCs w:val="28"/>
              </w:rPr>
              <w:t>ANO / CICLO</w:t>
            </w:r>
            <w:r w:rsidRPr="00267337">
              <w:rPr>
                <w:b/>
                <w:color w:val="123B70"/>
                <w:sz w:val="20"/>
                <w:szCs w:val="28"/>
              </w:rPr>
              <w:br/>
            </w:r>
            <w:r w:rsidR="00267337" w:rsidRPr="00267337">
              <w:rPr>
                <w:b/>
                <w:color w:val="123B70"/>
                <w:sz w:val="20"/>
                <w:szCs w:val="28"/>
              </w:rPr>
              <w:t>2026</w:t>
            </w:r>
          </w:p>
        </w:tc>
      </w:tr>
    </w:tbl>
    <w:p w14:paraId="3CE69A8A" w14:textId="77777777" w:rsidR="002C3832" w:rsidRPr="00267337" w:rsidRDefault="00000000">
      <w:pPr>
        <w:shd w:val="clear" w:color="auto" w:fill="123B70"/>
        <w:spacing w:before="40" w:after="40"/>
      </w:pPr>
      <w:r w:rsidRPr="00267337">
        <w:rPr>
          <w:b/>
          <w:color w:val="FFFFFF"/>
          <w:sz w:val="18"/>
        </w:rPr>
        <w:t>1. IDENTIFICAÇÃO DO SERVIDOR</w:t>
      </w:r>
    </w:p>
    <w:tbl>
      <w:tblPr>
        <w:tblW w:w="10599" w:type="dxa"/>
        <w:jc w:val="center"/>
        <w:tblBorders>
          <w:top w:val="single" w:sz="6" w:space="0" w:color="7D8EA3"/>
          <w:left w:val="single" w:sz="6" w:space="0" w:color="7D8EA3"/>
          <w:bottom w:val="single" w:sz="6" w:space="0" w:color="7D8EA3"/>
          <w:right w:val="single" w:sz="6" w:space="0" w:color="7D8EA3"/>
          <w:insideH w:val="single" w:sz="6" w:space="0" w:color="7D8EA3"/>
          <w:insideV w:val="single" w:sz="6" w:space="0" w:color="7D8EA3"/>
        </w:tblBorders>
        <w:tblLayout w:type="fixed"/>
        <w:tblLook w:val="04A0" w:firstRow="1" w:lastRow="0" w:firstColumn="1" w:lastColumn="0" w:noHBand="0" w:noVBand="1"/>
      </w:tblPr>
      <w:tblGrid>
        <w:gridCol w:w="1835"/>
        <w:gridCol w:w="4678"/>
        <w:gridCol w:w="850"/>
        <w:gridCol w:w="3236"/>
      </w:tblGrid>
      <w:tr w:rsidR="002C3832" w:rsidRPr="009D47E2" w14:paraId="2F79BBF2" w14:textId="77777777" w:rsidTr="009D47E2">
        <w:trPr>
          <w:trHeight w:val="397"/>
          <w:jc w:val="center"/>
        </w:trPr>
        <w:tc>
          <w:tcPr>
            <w:tcW w:w="1835" w:type="dxa"/>
            <w:shd w:val="clear" w:color="auto" w:fill="F4F7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5C367E9" w14:textId="77777777" w:rsidR="002C3832" w:rsidRPr="009D47E2" w:rsidRDefault="00000000">
            <w:pPr>
              <w:rPr>
                <w:sz w:val="20"/>
                <w:szCs w:val="28"/>
              </w:rPr>
            </w:pPr>
            <w:r w:rsidRPr="009D47E2">
              <w:rPr>
                <w:b/>
                <w:color w:val="123B70"/>
                <w:sz w:val="20"/>
                <w:szCs w:val="28"/>
              </w:rPr>
              <w:t>Matrícula:</w:t>
            </w:r>
          </w:p>
        </w:tc>
        <w:tc>
          <w:tcPr>
            <w:tcW w:w="4678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476564B" w14:textId="77777777" w:rsidR="002C3832" w:rsidRPr="009D47E2" w:rsidRDefault="002C3832">
            <w:pPr>
              <w:rPr>
                <w:sz w:val="20"/>
                <w:szCs w:val="28"/>
              </w:rPr>
            </w:pPr>
          </w:p>
        </w:tc>
        <w:tc>
          <w:tcPr>
            <w:tcW w:w="850" w:type="dxa"/>
            <w:shd w:val="clear" w:color="auto" w:fill="F4F7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AD976CE" w14:textId="77777777" w:rsidR="002C3832" w:rsidRPr="009D47E2" w:rsidRDefault="00000000">
            <w:pPr>
              <w:rPr>
                <w:sz w:val="20"/>
                <w:szCs w:val="28"/>
              </w:rPr>
            </w:pPr>
            <w:r w:rsidRPr="009D47E2">
              <w:rPr>
                <w:b/>
                <w:color w:val="123B70"/>
                <w:sz w:val="20"/>
                <w:szCs w:val="28"/>
              </w:rPr>
              <w:t>CPF:</w:t>
            </w:r>
          </w:p>
        </w:tc>
        <w:tc>
          <w:tcPr>
            <w:tcW w:w="323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3AF8477" w14:textId="77777777" w:rsidR="002C3832" w:rsidRPr="009D47E2" w:rsidRDefault="002C3832">
            <w:pPr>
              <w:rPr>
                <w:sz w:val="20"/>
                <w:szCs w:val="28"/>
              </w:rPr>
            </w:pPr>
          </w:p>
        </w:tc>
      </w:tr>
      <w:tr w:rsidR="009D47E2" w:rsidRPr="009D47E2" w14:paraId="54C474A1" w14:textId="77777777" w:rsidTr="009D47E2">
        <w:trPr>
          <w:trHeight w:val="397"/>
          <w:jc w:val="center"/>
        </w:trPr>
        <w:tc>
          <w:tcPr>
            <w:tcW w:w="1835" w:type="dxa"/>
            <w:shd w:val="clear" w:color="auto" w:fill="F4F7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7DFBC4E" w14:textId="77777777" w:rsidR="009D47E2" w:rsidRPr="009D47E2" w:rsidRDefault="009D47E2">
            <w:pPr>
              <w:rPr>
                <w:sz w:val="20"/>
                <w:szCs w:val="28"/>
              </w:rPr>
            </w:pPr>
            <w:r w:rsidRPr="009D47E2">
              <w:rPr>
                <w:b/>
                <w:color w:val="123B70"/>
                <w:sz w:val="20"/>
                <w:szCs w:val="28"/>
              </w:rPr>
              <w:t>Nome:</w:t>
            </w:r>
          </w:p>
        </w:tc>
        <w:tc>
          <w:tcPr>
            <w:tcW w:w="8764" w:type="dxa"/>
            <w:gridSpan w:val="3"/>
            <w:vAlign w:val="center"/>
          </w:tcPr>
          <w:p w14:paraId="0A680CEC" w14:textId="77777777" w:rsidR="009D47E2" w:rsidRPr="009D47E2" w:rsidRDefault="009D47E2">
            <w:pPr>
              <w:rPr>
                <w:sz w:val="20"/>
                <w:szCs w:val="28"/>
              </w:rPr>
            </w:pPr>
          </w:p>
        </w:tc>
      </w:tr>
      <w:tr w:rsidR="009D47E2" w:rsidRPr="009D47E2" w14:paraId="07A897BD" w14:textId="77777777" w:rsidTr="009D47E2">
        <w:trPr>
          <w:trHeight w:val="397"/>
          <w:jc w:val="center"/>
        </w:trPr>
        <w:tc>
          <w:tcPr>
            <w:tcW w:w="1835" w:type="dxa"/>
            <w:shd w:val="clear" w:color="auto" w:fill="F4F7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7341D73" w14:textId="6C87B682" w:rsidR="009D47E2" w:rsidRPr="009D47E2" w:rsidRDefault="009D47E2">
            <w:pPr>
              <w:rPr>
                <w:sz w:val="20"/>
                <w:szCs w:val="28"/>
              </w:rPr>
            </w:pPr>
            <w:r w:rsidRPr="009D47E2">
              <w:rPr>
                <w:b/>
                <w:color w:val="123B70"/>
                <w:sz w:val="20"/>
                <w:szCs w:val="28"/>
              </w:rPr>
              <w:t>Cargo / função:</w:t>
            </w:r>
          </w:p>
        </w:tc>
        <w:tc>
          <w:tcPr>
            <w:tcW w:w="8764" w:type="dxa"/>
            <w:gridSpan w:val="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E957B51" w14:textId="77777777" w:rsidR="009D47E2" w:rsidRPr="009D47E2" w:rsidRDefault="009D47E2">
            <w:pPr>
              <w:rPr>
                <w:sz w:val="20"/>
                <w:szCs w:val="28"/>
              </w:rPr>
            </w:pPr>
          </w:p>
        </w:tc>
      </w:tr>
      <w:tr w:rsidR="00267337" w:rsidRPr="009D47E2" w14:paraId="0BC13B0C" w14:textId="77777777" w:rsidTr="009D47E2">
        <w:trPr>
          <w:trHeight w:val="397"/>
          <w:jc w:val="center"/>
        </w:trPr>
        <w:tc>
          <w:tcPr>
            <w:tcW w:w="1835" w:type="dxa"/>
            <w:shd w:val="clear" w:color="auto" w:fill="F4F7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A617090" w14:textId="3431DCCA" w:rsidR="00267337" w:rsidRPr="009D47E2" w:rsidRDefault="00267337">
            <w:pPr>
              <w:rPr>
                <w:sz w:val="20"/>
                <w:szCs w:val="28"/>
              </w:rPr>
            </w:pPr>
            <w:r w:rsidRPr="009D47E2">
              <w:rPr>
                <w:b/>
                <w:color w:val="123B70"/>
                <w:sz w:val="20"/>
                <w:szCs w:val="28"/>
              </w:rPr>
              <w:t>Lotação:</w:t>
            </w:r>
          </w:p>
        </w:tc>
        <w:tc>
          <w:tcPr>
            <w:tcW w:w="8764" w:type="dxa"/>
            <w:gridSpan w:val="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E6DF79D" w14:textId="77777777" w:rsidR="00267337" w:rsidRPr="009D47E2" w:rsidRDefault="00267337">
            <w:pPr>
              <w:rPr>
                <w:sz w:val="20"/>
                <w:szCs w:val="28"/>
              </w:rPr>
            </w:pPr>
          </w:p>
        </w:tc>
      </w:tr>
    </w:tbl>
    <w:p w14:paraId="4D5A5DEB" w14:textId="77777777" w:rsidR="006D3FB2" w:rsidRDefault="006D3FB2" w:rsidP="009D47E2">
      <w:pPr>
        <w:shd w:val="clear" w:color="auto" w:fill="123B70"/>
        <w:spacing w:before="60" w:after="40"/>
      </w:pPr>
    </w:p>
    <w:sectPr w:rsidR="006D3FB2" w:rsidSect="00034616">
      <w:footerReference w:type="default" r:id="rId9"/>
      <w:pgSz w:w="11906" w:h="16838"/>
      <w:pgMar w:top="425" w:right="652" w:bottom="369" w:left="652" w:header="17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AB159" w14:textId="77777777" w:rsidR="00DF445A" w:rsidRPr="00267337" w:rsidRDefault="00DF445A">
      <w:r w:rsidRPr="00267337">
        <w:separator/>
      </w:r>
    </w:p>
  </w:endnote>
  <w:endnote w:type="continuationSeparator" w:id="0">
    <w:p w14:paraId="08516C32" w14:textId="77777777" w:rsidR="00DF445A" w:rsidRPr="00267337" w:rsidRDefault="00DF445A">
      <w:r w:rsidRPr="002673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207A2" w14:textId="77777777" w:rsidR="002C3832" w:rsidRPr="00267337" w:rsidRDefault="00000000">
    <w:pPr>
      <w:pStyle w:val="Rodap"/>
      <w:jc w:val="center"/>
    </w:pPr>
    <w:r w:rsidRPr="00267337">
      <w:rPr>
        <w:color w:val="5A6573"/>
        <w:sz w:val="14"/>
      </w:rPr>
      <w:t>Secretaria de Educação e Esportes de Pernambuco  |  Documento de uso administrativo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E9989" w14:textId="77777777" w:rsidR="00DF445A" w:rsidRPr="00267337" w:rsidRDefault="00DF445A">
      <w:r w:rsidRPr="00267337">
        <w:separator/>
      </w:r>
    </w:p>
  </w:footnote>
  <w:footnote w:type="continuationSeparator" w:id="0">
    <w:p w14:paraId="13DA1B6B" w14:textId="77777777" w:rsidR="00DF445A" w:rsidRPr="00267337" w:rsidRDefault="00DF445A">
      <w:r w:rsidRPr="0026733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0743583">
    <w:abstractNumId w:val="8"/>
  </w:num>
  <w:num w:numId="2" w16cid:durableId="1973290660">
    <w:abstractNumId w:val="6"/>
  </w:num>
  <w:num w:numId="3" w16cid:durableId="1577589379">
    <w:abstractNumId w:val="5"/>
  </w:num>
  <w:num w:numId="4" w16cid:durableId="1398898634">
    <w:abstractNumId w:val="4"/>
  </w:num>
  <w:num w:numId="5" w16cid:durableId="660622334">
    <w:abstractNumId w:val="7"/>
  </w:num>
  <w:num w:numId="6" w16cid:durableId="1920750047">
    <w:abstractNumId w:val="3"/>
  </w:num>
  <w:num w:numId="7" w16cid:durableId="656298994">
    <w:abstractNumId w:val="2"/>
  </w:num>
  <w:num w:numId="8" w16cid:durableId="1150446273">
    <w:abstractNumId w:val="1"/>
  </w:num>
  <w:num w:numId="9" w16cid:durableId="1274634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254C"/>
    <w:rsid w:val="00267337"/>
    <w:rsid w:val="0029639D"/>
    <w:rsid w:val="002C3832"/>
    <w:rsid w:val="00326F90"/>
    <w:rsid w:val="006966EE"/>
    <w:rsid w:val="006D3FB2"/>
    <w:rsid w:val="009D47E2"/>
    <w:rsid w:val="00AA1D8D"/>
    <w:rsid w:val="00B47730"/>
    <w:rsid w:val="00CB0664"/>
    <w:rsid w:val="00DF445A"/>
    <w:rsid w:val="00E85B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14214"/>
  <w14:defaultImageDpi w14:val="300"/>
  <w15:docId w15:val="{B9ED6ABD-0773-45B6-95BF-E2A37AD8D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7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Devid Wellton de Pontes Siqueira</cp:lastModifiedBy>
  <cp:revision>3</cp:revision>
  <dcterms:created xsi:type="dcterms:W3CDTF">2026-09-05T17:05:00Z</dcterms:created>
  <dcterms:modified xsi:type="dcterms:W3CDTF">2026-09-07T13:33:00Z</dcterms:modified>
  <cp:category/>
</cp:coreProperties>
</file>