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60"/>
        <w:gridCol w:w="7937"/>
        <w:gridCol w:w="1303"/>
      </w:tblGrid>
      <w:tr w:rsidR="002C3832" w:rsidRPr="00267337" w14:paraId="2572B716" w14:textId="77777777">
        <w:trPr>
          <w:jc w:val="center"/>
        </w:trPr>
        <w:tc>
          <w:tcPr>
            <w:tcW w:w="1360" w:type="dxa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56212253" w14:textId="77777777" w:rsidR="002C3832" w:rsidRPr="00267337" w:rsidRDefault="00000000">
            <w:pPr>
              <w:jc w:val="center"/>
            </w:pPr>
            <w:r w:rsidRPr="00267337">
              <w:drawing>
                <wp:inline distT="0" distB="0" distL="0" distR="0" wp14:anchorId="1ED1EEF8" wp14:editId="76C95776">
                  <wp:extent cx="630000" cy="57573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sao-colorida-transparente(1)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000" cy="57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7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502EBA78" w14:textId="77777777" w:rsidR="002C3832" w:rsidRPr="00267337" w:rsidRDefault="00000000">
            <w:pPr>
              <w:jc w:val="center"/>
            </w:pPr>
            <w:r w:rsidRPr="00267337">
              <w:rPr>
                <w:b/>
                <w:color w:val="123B70"/>
                <w:sz w:val="22"/>
              </w:rPr>
              <w:t>GOVERNO DO ESTADO DE PERNAMBUCO</w:t>
            </w:r>
          </w:p>
          <w:p w14:paraId="2BB47226" w14:textId="77777777" w:rsidR="002C3832" w:rsidRPr="00267337" w:rsidRDefault="00000000">
            <w:pPr>
              <w:spacing w:before="20"/>
              <w:jc w:val="center"/>
            </w:pPr>
            <w:r w:rsidRPr="00267337">
              <w:rPr>
                <w:b/>
                <w:sz w:val="18"/>
              </w:rPr>
              <w:t>SECRETARIA DE EDUCAÇÃO E ESPORTES</w:t>
            </w:r>
          </w:p>
          <w:p w14:paraId="448BEC81" w14:textId="77777777" w:rsidR="002C3832" w:rsidRPr="00267337" w:rsidRDefault="00000000">
            <w:pPr>
              <w:spacing w:before="20"/>
              <w:jc w:val="center"/>
            </w:pPr>
            <w:r w:rsidRPr="00267337">
              <w:rPr>
                <w:b/>
                <w:color w:val="123B70"/>
                <w:sz w:val="24"/>
              </w:rPr>
              <w:t>FORMULÁRIO DE AVALIAÇÃO DE DESEMPENHO</w:t>
            </w:r>
          </w:p>
          <w:p w14:paraId="46FCDC64" w14:textId="77777777" w:rsidR="002C3832" w:rsidRPr="00267337" w:rsidRDefault="00000000">
            <w:pPr>
              <w:jc w:val="center"/>
            </w:pPr>
            <w:r w:rsidRPr="00267337">
              <w:rPr>
                <w:i/>
                <w:color w:val="5A6573"/>
                <w:sz w:val="16"/>
              </w:rPr>
              <w:t>Formação acadêmica e desenvolvimento profissional</w:t>
            </w:r>
          </w:p>
        </w:tc>
        <w:tc>
          <w:tcPr>
            <w:tcW w:w="1303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6D9FC5C3" w14:textId="40D1AE57" w:rsidR="002C3832" w:rsidRPr="00267337" w:rsidRDefault="00000000">
            <w:pPr>
              <w:jc w:val="center"/>
            </w:pPr>
            <w:r w:rsidRPr="00267337">
              <w:rPr>
                <w:b/>
                <w:color w:val="123B70"/>
                <w:sz w:val="20"/>
                <w:szCs w:val="28"/>
              </w:rPr>
              <w:t>ANO / CICLO</w:t>
            </w:r>
            <w:r w:rsidRPr="00267337">
              <w:rPr>
                <w:b/>
                <w:color w:val="123B70"/>
                <w:sz w:val="20"/>
                <w:szCs w:val="28"/>
              </w:rPr>
              <w:br/>
            </w:r>
            <w:r w:rsidR="00267337" w:rsidRPr="00267337">
              <w:rPr>
                <w:b/>
                <w:color w:val="123B70"/>
                <w:sz w:val="20"/>
                <w:szCs w:val="28"/>
              </w:rPr>
              <w:t>2026</w:t>
            </w:r>
          </w:p>
        </w:tc>
      </w:tr>
    </w:tbl>
    <w:p w14:paraId="3CE69A8A" w14:textId="77777777" w:rsidR="002C3832" w:rsidRPr="00267337" w:rsidRDefault="00000000">
      <w:pPr>
        <w:shd w:val="clear" w:color="auto" w:fill="123B70"/>
        <w:spacing w:before="40" w:after="40"/>
      </w:pPr>
      <w:r w:rsidRPr="00267337">
        <w:rPr>
          <w:b/>
          <w:color w:val="FFFFFF"/>
          <w:sz w:val="18"/>
        </w:rPr>
        <w:t>1. IDENTIFICAÇÃO DO SERVIDOR</w:t>
      </w:r>
    </w:p>
    <w:tbl>
      <w:tblPr>
        <w:tblW w:w="0" w:type="auto"/>
        <w:jc w:val="center"/>
        <w:tblBorders>
          <w:top w:val="single" w:sz="6" w:space="0" w:color="7D8EA3"/>
          <w:left w:val="single" w:sz="6" w:space="0" w:color="7D8EA3"/>
          <w:bottom w:val="single" w:sz="6" w:space="0" w:color="7D8EA3"/>
          <w:right w:val="single" w:sz="6" w:space="0" w:color="7D8EA3"/>
          <w:insideH w:val="single" w:sz="6" w:space="0" w:color="7D8EA3"/>
          <w:insideV w:val="single" w:sz="6" w:space="0" w:color="7D8EA3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3514"/>
        <w:gridCol w:w="1700"/>
        <w:gridCol w:w="3571"/>
      </w:tblGrid>
      <w:tr w:rsidR="002C3832" w:rsidRPr="00267337" w14:paraId="2F79BBF2" w14:textId="77777777">
        <w:trPr>
          <w:jc w:val="center"/>
        </w:trPr>
        <w:tc>
          <w:tcPr>
            <w:tcW w:w="1814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5C367E9" w14:textId="77777777" w:rsidR="002C3832" w:rsidRPr="00267337" w:rsidRDefault="00000000">
            <w:r w:rsidRPr="00267337">
              <w:rPr>
                <w:b/>
                <w:color w:val="123B70"/>
                <w:sz w:val="16"/>
              </w:rPr>
              <w:t>Matrícula:</w:t>
            </w:r>
          </w:p>
        </w:tc>
        <w:tc>
          <w:tcPr>
            <w:tcW w:w="3514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476564B" w14:textId="77777777" w:rsidR="002C3832" w:rsidRPr="00267337" w:rsidRDefault="002C3832"/>
        </w:tc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AD976CE" w14:textId="77777777" w:rsidR="002C3832" w:rsidRPr="00267337" w:rsidRDefault="00000000">
            <w:r w:rsidRPr="00267337">
              <w:rPr>
                <w:b/>
                <w:color w:val="123B70"/>
                <w:sz w:val="16"/>
              </w:rPr>
              <w:t>CPF:</w:t>
            </w:r>
          </w:p>
        </w:tc>
        <w:tc>
          <w:tcPr>
            <w:tcW w:w="3571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3AF8477" w14:textId="77777777" w:rsidR="002C3832" w:rsidRPr="00267337" w:rsidRDefault="002C3832"/>
        </w:tc>
      </w:tr>
      <w:tr w:rsidR="002C3832" w:rsidRPr="00267337" w14:paraId="54C474A1" w14:textId="77777777">
        <w:trPr>
          <w:jc w:val="center"/>
        </w:trPr>
        <w:tc>
          <w:tcPr>
            <w:tcW w:w="5328" w:type="dxa"/>
            <w:gridSpan w:val="2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C2C1059" w14:textId="77777777" w:rsidR="002C3832" w:rsidRPr="00267337" w:rsidRDefault="00000000">
            <w:r w:rsidRPr="00267337">
              <w:rPr>
                <w:b/>
                <w:color w:val="123B70"/>
                <w:sz w:val="16"/>
              </w:rPr>
              <w:t>Nome:</w:t>
            </w:r>
          </w:p>
          <w:p w14:paraId="717C1393" w14:textId="77777777" w:rsidR="002C3832" w:rsidRPr="00267337" w:rsidRDefault="002C3832"/>
        </w:tc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007E850" w14:textId="77777777" w:rsidR="002C3832" w:rsidRPr="00267337" w:rsidRDefault="00000000">
            <w:r w:rsidRPr="00267337">
              <w:rPr>
                <w:b/>
                <w:color w:val="123B70"/>
                <w:sz w:val="16"/>
              </w:rPr>
              <w:t>Data de nascimento:</w:t>
            </w:r>
          </w:p>
        </w:tc>
        <w:tc>
          <w:tcPr>
            <w:tcW w:w="3571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A680CEC" w14:textId="77777777" w:rsidR="002C3832" w:rsidRPr="00267337" w:rsidRDefault="002C3832"/>
        </w:tc>
      </w:tr>
      <w:tr w:rsidR="002C3832" w:rsidRPr="00267337" w14:paraId="07A897BD" w14:textId="77777777">
        <w:trPr>
          <w:jc w:val="center"/>
        </w:trPr>
        <w:tc>
          <w:tcPr>
            <w:tcW w:w="5328" w:type="dxa"/>
            <w:gridSpan w:val="2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FBB157D" w14:textId="77777777" w:rsidR="002C3832" w:rsidRPr="00267337" w:rsidRDefault="00000000">
            <w:r w:rsidRPr="00267337">
              <w:rPr>
                <w:b/>
                <w:color w:val="123B70"/>
                <w:sz w:val="16"/>
              </w:rPr>
              <w:t>Cargo / função:</w:t>
            </w:r>
          </w:p>
          <w:p w14:paraId="17341D73" w14:textId="77777777" w:rsidR="002C3832" w:rsidRPr="00267337" w:rsidRDefault="002C3832"/>
        </w:tc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55A91BB" w14:textId="77777777" w:rsidR="002C3832" w:rsidRPr="00267337" w:rsidRDefault="00000000">
            <w:r w:rsidRPr="00267337">
              <w:rPr>
                <w:b/>
                <w:color w:val="123B70"/>
                <w:sz w:val="16"/>
              </w:rPr>
              <w:t>Data de admissão:</w:t>
            </w:r>
          </w:p>
        </w:tc>
        <w:tc>
          <w:tcPr>
            <w:tcW w:w="3571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E957B51" w14:textId="77777777" w:rsidR="002C3832" w:rsidRPr="00267337" w:rsidRDefault="002C3832"/>
        </w:tc>
      </w:tr>
      <w:tr w:rsidR="002C3832" w:rsidRPr="00267337" w14:paraId="2FC9C398" w14:textId="77777777">
        <w:trPr>
          <w:jc w:val="center"/>
        </w:trPr>
        <w:tc>
          <w:tcPr>
            <w:tcW w:w="5328" w:type="dxa"/>
            <w:gridSpan w:val="2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9D1E1CF" w14:textId="1CF31323" w:rsidR="002C3832" w:rsidRPr="00267337" w:rsidRDefault="00267337">
            <w:r w:rsidRPr="00267337">
              <w:rPr>
                <w:b/>
                <w:color w:val="123B70"/>
                <w:sz w:val="16"/>
              </w:rPr>
              <w:t>Telefone:</w:t>
            </w:r>
          </w:p>
          <w:p w14:paraId="33D0AC39" w14:textId="77777777" w:rsidR="002C3832" w:rsidRPr="00267337" w:rsidRDefault="002C3832"/>
        </w:tc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76BE15E" w14:textId="77777777" w:rsidR="002C3832" w:rsidRPr="00267337" w:rsidRDefault="00000000">
            <w:r w:rsidRPr="00267337">
              <w:rPr>
                <w:b/>
                <w:color w:val="123B70"/>
                <w:sz w:val="16"/>
              </w:rPr>
              <w:t>E-mail:</w:t>
            </w:r>
          </w:p>
        </w:tc>
        <w:tc>
          <w:tcPr>
            <w:tcW w:w="3571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0B1CB1C" w14:textId="77777777" w:rsidR="002C3832" w:rsidRPr="00267337" w:rsidRDefault="002C3832"/>
        </w:tc>
      </w:tr>
      <w:tr w:rsidR="00267337" w:rsidRPr="00267337" w14:paraId="0BC13B0C" w14:textId="77777777" w:rsidTr="00644009">
        <w:trPr>
          <w:jc w:val="center"/>
        </w:trPr>
        <w:tc>
          <w:tcPr>
            <w:tcW w:w="1814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617090" w14:textId="3431DCCA" w:rsidR="00267337" w:rsidRPr="00267337" w:rsidRDefault="00267337">
            <w:r w:rsidRPr="00267337">
              <w:rPr>
                <w:b/>
                <w:color w:val="123B70"/>
                <w:sz w:val="16"/>
              </w:rPr>
              <w:t>Lotação:</w:t>
            </w:r>
          </w:p>
        </w:tc>
        <w:tc>
          <w:tcPr>
            <w:tcW w:w="8785" w:type="dxa"/>
            <w:gridSpan w:val="3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E6DF79D" w14:textId="77777777" w:rsidR="00267337" w:rsidRPr="00267337" w:rsidRDefault="00267337"/>
        </w:tc>
      </w:tr>
    </w:tbl>
    <w:p w14:paraId="0F02FC53" w14:textId="77777777" w:rsidR="002C3832" w:rsidRPr="00267337" w:rsidRDefault="00000000">
      <w:pPr>
        <w:shd w:val="clear" w:color="auto" w:fill="123B70"/>
        <w:spacing w:before="60" w:after="40"/>
      </w:pPr>
      <w:r w:rsidRPr="00267337">
        <w:rPr>
          <w:b/>
          <w:color w:val="FFFFFF"/>
          <w:sz w:val="18"/>
        </w:rPr>
        <w:t>2. FORMAÇÃO ACADÊMICA E CURSOS DE CAPACITAÇÃO</w:t>
      </w:r>
    </w:p>
    <w:tbl>
      <w:tblPr>
        <w:tblW w:w="0" w:type="auto"/>
        <w:jc w:val="center"/>
        <w:tblBorders>
          <w:top w:val="single" w:sz="6" w:space="0" w:color="7D8EA3"/>
          <w:left w:val="single" w:sz="6" w:space="0" w:color="7D8EA3"/>
          <w:bottom w:val="single" w:sz="6" w:space="0" w:color="7D8EA3"/>
          <w:right w:val="single" w:sz="6" w:space="0" w:color="7D8EA3"/>
          <w:insideH w:val="single" w:sz="6" w:space="0" w:color="7D8EA3"/>
          <w:insideV w:val="single" w:sz="6" w:space="0" w:color="7D8EA3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3628"/>
        <w:gridCol w:w="1700"/>
        <w:gridCol w:w="3572"/>
      </w:tblGrid>
      <w:tr w:rsidR="002C3832" w:rsidRPr="00267337" w14:paraId="32A28538" w14:textId="77777777" w:rsidTr="00267337">
        <w:trPr>
          <w:jc w:val="center"/>
        </w:trPr>
        <w:tc>
          <w:tcPr>
            <w:tcW w:w="10600" w:type="dxa"/>
            <w:gridSpan w:val="4"/>
            <w:shd w:val="clear" w:color="auto" w:fill="DCE8F5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096C224" w14:textId="77777777" w:rsidR="002C3832" w:rsidRPr="00267337" w:rsidRDefault="00000000">
            <w:r w:rsidRPr="00267337">
              <w:rPr>
                <w:b/>
                <w:color w:val="123B70"/>
                <w:sz w:val="16"/>
              </w:rPr>
              <w:t>REGISTRO 1</w:t>
            </w:r>
          </w:p>
        </w:tc>
      </w:tr>
      <w:tr w:rsidR="002C3832" w:rsidRPr="00267337" w14:paraId="2F297C5C" w14:textId="77777777" w:rsidTr="00267337">
        <w:trPr>
          <w:jc w:val="center"/>
        </w:trPr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DD7A48" w14:textId="77777777" w:rsidR="002C3832" w:rsidRPr="00267337" w:rsidRDefault="00000000">
            <w:r w:rsidRPr="00267337">
              <w:rPr>
                <w:b/>
                <w:color w:val="123B70"/>
                <w:sz w:val="16"/>
              </w:rPr>
              <w:t>Instituição:</w:t>
            </w:r>
          </w:p>
        </w:tc>
        <w:tc>
          <w:tcPr>
            <w:tcW w:w="3628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EA8DF55" w14:textId="77777777" w:rsidR="002C3832" w:rsidRPr="00267337" w:rsidRDefault="002C3832"/>
        </w:tc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F8C806D" w14:textId="47A385B6" w:rsidR="002C3832" w:rsidRPr="00267337" w:rsidRDefault="00267337">
            <w:r w:rsidRPr="00267337">
              <w:rPr>
                <w:b/>
                <w:color w:val="123B70"/>
                <w:sz w:val="16"/>
              </w:rPr>
              <w:t>G</w:t>
            </w:r>
            <w:r w:rsidR="00000000" w:rsidRPr="00267337">
              <w:rPr>
                <w:b/>
                <w:color w:val="123B70"/>
                <w:sz w:val="16"/>
              </w:rPr>
              <w:t>raduação:</w:t>
            </w:r>
          </w:p>
        </w:tc>
        <w:tc>
          <w:tcPr>
            <w:tcW w:w="35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C27D52A" w14:textId="77777777" w:rsidR="002C3832" w:rsidRPr="00267337" w:rsidRDefault="002C3832"/>
        </w:tc>
      </w:tr>
      <w:tr w:rsidR="00267337" w:rsidRPr="00267337" w14:paraId="2B5E0569" w14:textId="77777777" w:rsidTr="00267337">
        <w:trPr>
          <w:jc w:val="center"/>
        </w:trPr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262CF83" w14:textId="54E96D9D" w:rsidR="00267337" w:rsidRPr="00267337" w:rsidRDefault="00267337">
            <w:pPr>
              <w:rPr>
                <w:b/>
                <w:color w:val="123B70"/>
                <w:sz w:val="16"/>
              </w:rPr>
            </w:pPr>
            <w:r>
              <w:rPr>
                <w:b/>
                <w:color w:val="123B70"/>
                <w:sz w:val="16"/>
              </w:rPr>
              <w:t>Curso</w:t>
            </w:r>
          </w:p>
        </w:tc>
        <w:tc>
          <w:tcPr>
            <w:tcW w:w="3628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3BF7CAE" w14:textId="77777777" w:rsidR="00267337" w:rsidRPr="00267337" w:rsidRDefault="00267337"/>
        </w:tc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41ED983" w14:textId="04A48213" w:rsidR="00267337" w:rsidRPr="00267337" w:rsidRDefault="00267337">
            <w:pPr>
              <w:rPr>
                <w:b/>
                <w:color w:val="123B70"/>
                <w:sz w:val="16"/>
              </w:rPr>
            </w:pPr>
            <w:r w:rsidRPr="00267337">
              <w:rPr>
                <w:b/>
                <w:color w:val="123B70"/>
                <w:sz w:val="16"/>
              </w:rPr>
              <w:t>Carga horária:</w:t>
            </w:r>
          </w:p>
        </w:tc>
        <w:tc>
          <w:tcPr>
            <w:tcW w:w="35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E8B26D8" w14:textId="77777777" w:rsidR="00267337" w:rsidRPr="00267337" w:rsidRDefault="00267337"/>
        </w:tc>
      </w:tr>
      <w:tr w:rsidR="002C3832" w:rsidRPr="00267337" w14:paraId="3F577C50" w14:textId="77777777" w:rsidTr="00267337">
        <w:trPr>
          <w:jc w:val="center"/>
        </w:trPr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5948F90" w14:textId="227254F9" w:rsidR="002C3832" w:rsidRPr="00267337" w:rsidRDefault="00267337">
            <w:r w:rsidRPr="00267337">
              <w:rPr>
                <w:b/>
                <w:color w:val="123B70"/>
                <w:sz w:val="16"/>
              </w:rPr>
              <w:t>Data de início:</w:t>
            </w:r>
          </w:p>
        </w:tc>
        <w:tc>
          <w:tcPr>
            <w:tcW w:w="3628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F5485B8" w14:textId="77777777" w:rsidR="002C3832" w:rsidRPr="00267337" w:rsidRDefault="002C3832"/>
        </w:tc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89AA7BB" w14:textId="0E1F339A" w:rsidR="002C3832" w:rsidRPr="00267337" w:rsidRDefault="00267337">
            <w:r w:rsidRPr="00267337">
              <w:rPr>
                <w:b/>
                <w:color w:val="123B70"/>
                <w:sz w:val="16"/>
              </w:rPr>
              <w:t>Data de fim:</w:t>
            </w:r>
          </w:p>
        </w:tc>
        <w:tc>
          <w:tcPr>
            <w:tcW w:w="35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217A24" w14:textId="77777777" w:rsidR="002C3832" w:rsidRPr="00267337" w:rsidRDefault="002C3832"/>
        </w:tc>
      </w:tr>
      <w:tr w:rsidR="002C3832" w:rsidRPr="00267337" w14:paraId="0BCD2409" w14:textId="77777777" w:rsidTr="00267337">
        <w:trPr>
          <w:trHeight w:val="564"/>
          <w:jc w:val="center"/>
        </w:trPr>
        <w:tc>
          <w:tcPr>
            <w:tcW w:w="10600" w:type="dxa"/>
            <w:gridSpan w:val="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6321E9C" w14:textId="77777777" w:rsidR="002C3832" w:rsidRPr="00267337" w:rsidRDefault="00000000" w:rsidP="00267337">
            <w:r w:rsidRPr="00267337">
              <w:rPr>
                <w:b/>
                <w:color w:val="123B70"/>
                <w:sz w:val="16"/>
              </w:rPr>
              <w:t>Descrição do curso / principais conteúdos:</w:t>
            </w:r>
          </w:p>
        </w:tc>
      </w:tr>
    </w:tbl>
    <w:p w14:paraId="57EC2D2F" w14:textId="77777777" w:rsidR="002C3832" w:rsidRPr="00267337" w:rsidRDefault="002C3832">
      <w:pPr>
        <w:spacing w:before="20" w:after="20"/>
      </w:pPr>
    </w:p>
    <w:tbl>
      <w:tblPr>
        <w:tblW w:w="0" w:type="auto"/>
        <w:jc w:val="center"/>
        <w:tblBorders>
          <w:top w:val="single" w:sz="6" w:space="0" w:color="7D8EA3"/>
          <w:left w:val="single" w:sz="6" w:space="0" w:color="7D8EA3"/>
          <w:bottom w:val="single" w:sz="6" w:space="0" w:color="7D8EA3"/>
          <w:right w:val="single" w:sz="6" w:space="0" w:color="7D8EA3"/>
          <w:insideH w:val="single" w:sz="6" w:space="0" w:color="7D8EA3"/>
          <w:insideV w:val="single" w:sz="6" w:space="0" w:color="7D8EA3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3628"/>
        <w:gridCol w:w="1700"/>
        <w:gridCol w:w="3572"/>
      </w:tblGrid>
      <w:tr w:rsidR="00267337" w:rsidRPr="00267337" w14:paraId="16B61D76" w14:textId="77777777" w:rsidTr="00100DC6">
        <w:trPr>
          <w:jc w:val="center"/>
        </w:trPr>
        <w:tc>
          <w:tcPr>
            <w:tcW w:w="10600" w:type="dxa"/>
            <w:gridSpan w:val="4"/>
            <w:shd w:val="clear" w:color="auto" w:fill="DCE8F5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F575D4" w14:textId="670924A7" w:rsidR="00267337" w:rsidRPr="00267337" w:rsidRDefault="00267337" w:rsidP="00100DC6">
            <w:r w:rsidRPr="00267337">
              <w:rPr>
                <w:b/>
                <w:color w:val="123B70"/>
                <w:sz w:val="16"/>
              </w:rPr>
              <w:t xml:space="preserve">REGISTRO </w:t>
            </w:r>
            <w:r>
              <w:rPr>
                <w:b/>
                <w:color w:val="123B70"/>
                <w:sz w:val="16"/>
              </w:rPr>
              <w:t>2</w:t>
            </w:r>
          </w:p>
        </w:tc>
      </w:tr>
      <w:tr w:rsidR="00267337" w:rsidRPr="00267337" w14:paraId="586DE9BE" w14:textId="77777777" w:rsidTr="00100DC6">
        <w:trPr>
          <w:jc w:val="center"/>
        </w:trPr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394EA5E" w14:textId="77777777" w:rsidR="00267337" w:rsidRPr="00267337" w:rsidRDefault="00267337" w:rsidP="00100DC6">
            <w:r w:rsidRPr="00267337">
              <w:rPr>
                <w:b/>
                <w:color w:val="123B70"/>
                <w:sz w:val="16"/>
              </w:rPr>
              <w:t>Instituição:</w:t>
            </w:r>
          </w:p>
        </w:tc>
        <w:tc>
          <w:tcPr>
            <w:tcW w:w="3628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2F00252" w14:textId="77777777" w:rsidR="00267337" w:rsidRPr="00267337" w:rsidRDefault="00267337" w:rsidP="00100DC6"/>
        </w:tc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95EC64" w14:textId="77777777" w:rsidR="00267337" w:rsidRPr="00267337" w:rsidRDefault="00267337" w:rsidP="00100DC6">
            <w:r w:rsidRPr="00267337">
              <w:rPr>
                <w:b/>
                <w:color w:val="123B70"/>
                <w:sz w:val="16"/>
              </w:rPr>
              <w:t>Graduação:</w:t>
            </w:r>
          </w:p>
        </w:tc>
        <w:tc>
          <w:tcPr>
            <w:tcW w:w="35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E9A81B0" w14:textId="77777777" w:rsidR="00267337" w:rsidRPr="00267337" w:rsidRDefault="00267337" w:rsidP="00100DC6"/>
        </w:tc>
      </w:tr>
      <w:tr w:rsidR="00267337" w:rsidRPr="00267337" w14:paraId="1E301C9E" w14:textId="77777777" w:rsidTr="00100DC6">
        <w:trPr>
          <w:jc w:val="center"/>
        </w:trPr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BAD0FB1" w14:textId="77777777" w:rsidR="00267337" w:rsidRPr="00267337" w:rsidRDefault="00267337" w:rsidP="00100DC6">
            <w:pPr>
              <w:rPr>
                <w:b/>
                <w:color w:val="123B70"/>
                <w:sz w:val="16"/>
              </w:rPr>
            </w:pPr>
            <w:r>
              <w:rPr>
                <w:b/>
                <w:color w:val="123B70"/>
                <w:sz w:val="16"/>
              </w:rPr>
              <w:t>Curso</w:t>
            </w:r>
          </w:p>
        </w:tc>
        <w:tc>
          <w:tcPr>
            <w:tcW w:w="3628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93FC1D6" w14:textId="77777777" w:rsidR="00267337" w:rsidRPr="00267337" w:rsidRDefault="00267337" w:rsidP="00100DC6"/>
        </w:tc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DFBDB9F" w14:textId="77777777" w:rsidR="00267337" w:rsidRPr="00267337" w:rsidRDefault="00267337" w:rsidP="00100DC6">
            <w:pPr>
              <w:rPr>
                <w:b/>
                <w:color w:val="123B70"/>
                <w:sz w:val="16"/>
              </w:rPr>
            </w:pPr>
            <w:r w:rsidRPr="00267337">
              <w:rPr>
                <w:b/>
                <w:color w:val="123B70"/>
                <w:sz w:val="16"/>
              </w:rPr>
              <w:t>Carga horária:</w:t>
            </w:r>
          </w:p>
        </w:tc>
        <w:tc>
          <w:tcPr>
            <w:tcW w:w="35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2255B65" w14:textId="77777777" w:rsidR="00267337" w:rsidRPr="00267337" w:rsidRDefault="00267337" w:rsidP="00100DC6"/>
        </w:tc>
      </w:tr>
      <w:tr w:rsidR="00267337" w:rsidRPr="00267337" w14:paraId="7875CFD1" w14:textId="77777777" w:rsidTr="00100DC6">
        <w:trPr>
          <w:jc w:val="center"/>
        </w:trPr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6C694AB" w14:textId="77777777" w:rsidR="00267337" w:rsidRPr="00267337" w:rsidRDefault="00267337" w:rsidP="00100DC6">
            <w:r w:rsidRPr="00267337">
              <w:rPr>
                <w:b/>
                <w:color w:val="123B70"/>
                <w:sz w:val="16"/>
              </w:rPr>
              <w:t>Data de início:</w:t>
            </w:r>
          </w:p>
        </w:tc>
        <w:tc>
          <w:tcPr>
            <w:tcW w:w="3628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B423198" w14:textId="77777777" w:rsidR="00267337" w:rsidRPr="00267337" w:rsidRDefault="00267337" w:rsidP="00100DC6"/>
        </w:tc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5758D61" w14:textId="77777777" w:rsidR="00267337" w:rsidRPr="00267337" w:rsidRDefault="00267337" w:rsidP="00100DC6">
            <w:r w:rsidRPr="00267337">
              <w:rPr>
                <w:b/>
                <w:color w:val="123B70"/>
                <w:sz w:val="16"/>
              </w:rPr>
              <w:t>Data de fim:</w:t>
            </w:r>
          </w:p>
        </w:tc>
        <w:tc>
          <w:tcPr>
            <w:tcW w:w="35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9BD9122" w14:textId="77777777" w:rsidR="00267337" w:rsidRPr="00267337" w:rsidRDefault="00267337" w:rsidP="00100DC6"/>
        </w:tc>
      </w:tr>
      <w:tr w:rsidR="00267337" w:rsidRPr="00267337" w14:paraId="0BC72A77" w14:textId="77777777" w:rsidTr="00100DC6">
        <w:trPr>
          <w:trHeight w:val="564"/>
          <w:jc w:val="center"/>
        </w:trPr>
        <w:tc>
          <w:tcPr>
            <w:tcW w:w="10600" w:type="dxa"/>
            <w:gridSpan w:val="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AB2788A" w14:textId="77777777" w:rsidR="00267337" w:rsidRPr="00267337" w:rsidRDefault="00267337" w:rsidP="00100DC6">
            <w:r w:rsidRPr="00267337">
              <w:rPr>
                <w:b/>
                <w:color w:val="123B70"/>
                <w:sz w:val="16"/>
              </w:rPr>
              <w:t>Descrição do curso / principais conteúdos:</w:t>
            </w:r>
          </w:p>
        </w:tc>
      </w:tr>
    </w:tbl>
    <w:p w14:paraId="36AB95B7" w14:textId="77777777" w:rsidR="002C3832" w:rsidRDefault="002C3832">
      <w:pPr>
        <w:spacing w:before="20" w:after="20"/>
      </w:pPr>
    </w:p>
    <w:tbl>
      <w:tblPr>
        <w:tblW w:w="0" w:type="auto"/>
        <w:jc w:val="center"/>
        <w:tblBorders>
          <w:top w:val="single" w:sz="6" w:space="0" w:color="7D8EA3"/>
          <w:left w:val="single" w:sz="6" w:space="0" w:color="7D8EA3"/>
          <w:bottom w:val="single" w:sz="6" w:space="0" w:color="7D8EA3"/>
          <w:right w:val="single" w:sz="6" w:space="0" w:color="7D8EA3"/>
          <w:insideH w:val="single" w:sz="6" w:space="0" w:color="7D8EA3"/>
          <w:insideV w:val="single" w:sz="6" w:space="0" w:color="7D8EA3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3628"/>
        <w:gridCol w:w="1700"/>
        <w:gridCol w:w="3572"/>
      </w:tblGrid>
      <w:tr w:rsidR="00267337" w:rsidRPr="00267337" w14:paraId="4F5B3F83" w14:textId="77777777" w:rsidTr="00100DC6">
        <w:trPr>
          <w:jc w:val="center"/>
        </w:trPr>
        <w:tc>
          <w:tcPr>
            <w:tcW w:w="10600" w:type="dxa"/>
            <w:gridSpan w:val="4"/>
            <w:shd w:val="clear" w:color="auto" w:fill="DCE8F5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6023FEC" w14:textId="1DC93884" w:rsidR="00267337" w:rsidRPr="00267337" w:rsidRDefault="00267337" w:rsidP="00100DC6">
            <w:r w:rsidRPr="00267337">
              <w:rPr>
                <w:b/>
                <w:color w:val="123B70"/>
                <w:sz w:val="16"/>
              </w:rPr>
              <w:t xml:space="preserve">REGISTRO </w:t>
            </w:r>
            <w:r>
              <w:rPr>
                <w:b/>
                <w:color w:val="123B70"/>
                <w:sz w:val="16"/>
              </w:rPr>
              <w:t>2</w:t>
            </w:r>
          </w:p>
        </w:tc>
      </w:tr>
      <w:tr w:rsidR="00267337" w:rsidRPr="00267337" w14:paraId="68A00F9F" w14:textId="77777777" w:rsidTr="00100DC6">
        <w:trPr>
          <w:jc w:val="center"/>
        </w:trPr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AA06B50" w14:textId="77777777" w:rsidR="00267337" w:rsidRPr="00267337" w:rsidRDefault="00267337" w:rsidP="00100DC6">
            <w:r w:rsidRPr="00267337">
              <w:rPr>
                <w:b/>
                <w:color w:val="123B70"/>
                <w:sz w:val="16"/>
              </w:rPr>
              <w:t>Instituição:</w:t>
            </w:r>
          </w:p>
        </w:tc>
        <w:tc>
          <w:tcPr>
            <w:tcW w:w="3628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741DD63" w14:textId="77777777" w:rsidR="00267337" w:rsidRPr="00267337" w:rsidRDefault="00267337" w:rsidP="00100DC6"/>
        </w:tc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4D70C96" w14:textId="77777777" w:rsidR="00267337" w:rsidRPr="00267337" w:rsidRDefault="00267337" w:rsidP="00100DC6">
            <w:r w:rsidRPr="00267337">
              <w:rPr>
                <w:b/>
                <w:color w:val="123B70"/>
                <w:sz w:val="16"/>
              </w:rPr>
              <w:t>Graduação:</w:t>
            </w:r>
          </w:p>
        </w:tc>
        <w:tc>
          <w:tcPr>
            <w:tcW w:w="35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90AA671" w14:textId="77777777" w:rsidR="00267337" w:rsidRPr="00267337" w:rsidRDefault="00267337" w:rsidP="00100DC6"/>
        </w:tc>
      </w:tr>
      <w:tr w:rsidR="00267337" w:rsidRPr="00267337" w14:paraId="4E9C1C07" w14:textId="77777777" w:rsidTr="00100DC6">
        <w:trPr>
          <w:jc w:val="center"/>
        </w:trPr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F84270B" w14:textId="77777777" w:rsidR="00267337" w:rsidRPr="00267337" w:rsidRDefault="00267337" w:rsidP="00100DC6">
            <w:pPr>
              <w:rPr>
                <w:b/>
                <w:color w:val="123B70"/>
                <w:sz w:val="16"/>
              </w:rPr>
            </w:pPr>
            <w:r>
              <w:rPr>
                <w:b/>
                <w:color w:val="123B70"/>
                <w:sz w:val="16"/>
              </w:rPr>
              <w:t>Curso</w:t>
            </w:r>
          </w:p>
        </w:tc>
        <w:tc>
          <w:tcPr>
            <w:tcW w:w="3628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BDABA7E" w14:textId="77777777" w:rsidR="00267337" w:rsidRPr="00267337" w:rsidRDefault="00267337" w:rsidP="00100DC6"/>
        </w:tc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1316A63" w14:textId="77777777" w:rsidR="00267337" w:rsidRPr="00267337" w:rsidRDefault="00267337" w:rsidP="00100DC6">
            <w:pPr>
              <w:rPr>
                <w:b/>
                <w:color w:val="123B70"/>
                <w:sz w:val="16"/>
              </w:rPr>
            </w:pPr>
            <w:r w:rsidRPr="00267337">
              <w:rPr>
                <w:b/>
                <w:color w:val="123B70"/>
                <w:sz w:val="16"/>
              </w:rPr>
              <w:t>Carga horária:</w:t>
            </w:r>
          </w:p>
        </w:tc>
        <w:tc>
          <w:tcPr>
            <w:tcW w:w="35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CB2020" w14:textId="77777777" w:rsidR="00267337" w:rsidRPr="00267337" w:rsidRDefault="00267337" w:rsidP="00100DC6"/>
        </w:tc>
      </w:tr>
      <w:tr w:rsidR="00267337" w:rsidRPr="00267337" w14:paraId="700720E9" w14:textId="77777777" w:rsidTr="00100DC6">
        <w:trPr>
          <w:jc w:val="center"/>
        </w:trPr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5EC1F6B" w14:textId="77777777" w:rsidR="00267337" w:rsidRPr="00267337" w:rsidRDefault="00267337" w:rsidP="00100DC6">
            <w:r w:rsidRPr="00267337">
              <w:rPr>
                <w:b/>
                <w:color w:val="123B70"/>
                <w:sz w:val="16"/>
              </w:rPr>
              <w:t>Data de início:</w:t>
            </w:r>
          </w:p>
        </w:tc>
        <w:tc>
          <w:tcPr>
            <w:tcW w:w="3628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E7E34C5" w14:textId="77777777" w:rsidR="00267337" w:rsidRPr="00267337" w:rsidRDefault="00267337" w:rsidP="00100DC6"/>
        </w:tc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ABB4ECC" w14:textId="77777777" w:rsidR="00267337" w:rsidRPr="00267337" w:rsidRDefault="00267337" w:rsidP="00100DC6">
            <w:r w:rsidRPr="00267337">
              <w:rPr>
                <w:b/>
                <w:color w:val="123B70"/>
                <w:sz w:val="16"/>
              </w:rPr>
              <w:t>Data de fim:</w:t>
            </w:r>
          </w:p>
        </w:tc>
        <w:tc>
          <w:tcPr>
            <w:tcW w:w="35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ECAAACB" w14:textId="77777777" w:rsidR="00267337" w:rsidRPr="00267337" w:rsidRDefault="00267337" w:rsidP="00100DC6"/>
        </w:tc>
      </w:tr>
      <w:tr w:rsidR="00267337" w:rsidRPr="00267337" w14:paraId="2BD7EEA3" w14:textId="77777777" w:rsidTr="00100DC6">
        <w:trPr>
          <w:trHeight w:val="564"/>
          <w:jc w:val="center"/>
        </w:trPr>
        <w:tc>
          <w:tcPr>
            <w:tcW w:w="10600" w:type="dxa"/>
            <w:gridSpan w:val="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C866B87" w14:textId="77777777" w:rsidR="00267337" w:rsidRPr="00267337" w:rsidRDefault="00267337" w:rsidP="00100DC6">
            <w:r w:rsidRPr="00267337">
              <w:rPr>
                <w:b/>
                <w:color w:val="123B70"/>
                <w:sz w:val="16"/>
              </w:rPr>
              <w:t>Descrição do curso / principais conteúdos:</w:t>
            </w:r>
          </w:p>
        </w:tc>
      </w:tr>
    </w:tbl>
    <w:p w14:paraId="1E106513" w14:textId="77777777" w:rsidR="00267337" w:rsidRDefault="00267337">
      <w:pPr>
        <w:spacing w:before="20" w:after="20"/>
      </w:pPr>
    </w:p>
    <w:tbl>
      <w:tblPr>
        <w:tblW w:w="0" w:type="auto"/>
        <w:jc w:val="center"/>
        <w:tblBorders>
          <w:top w:val="single" w:sz="6" w:space="0" w:color="7D8EA3"/>
          <w:left w:val="single" w:sz="6" w:space="0" w:color="7D8EA3"/>
          <w:bottom w:val="single" w:sz="6" w:space="0" w:color="7D8EA3"/>
          <w:right w:val="single" w:sz="6" w:space="0" w:color="7D8EA3"/>
          <w:insideH w:val="single" w:sz="6" w:space="0" w:color="7D8EA3"/>
          <w:insideV w:val="single" w:sz="6" w:space="0" w:color="7D8EA3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3628"/>
        <w:gridCol w:w="1700"/>
        <w:gridCol w:w="3572"/>
      </w:tblGrid>
      <w:tr w:rsidR="00267337" w:rsidRPr="00267337" w14:paraId="1C077461" w14:textId="77777777" w:rsidTr="00100DC6">
        <w:trPr>
          <w:jc w:val="center"/>
        </w:trPr>
        <w:tc>
          <w:tcPr>
            <w:tcW w:w="10600" w:type="dxa"/>
            <w:gridSpan w:val="4"/>
            <w:shd w:val="clear" w:color="auto" w:fill="DCE8F5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C55A0D3" w14:textId="02612A8D" w:rsidR="00267337" w:rsidRPr="00267337" w:rsidRDefault="00267337" w:rsidP="00100DC6">
            <w:r w:rsidRPr="00267337">
              <w:rPr>
                <w:b/>
                <w:color w:val="123B70"/>
                <w:sz w:val="16"/>
              </w:rPr>
              <w:t xml:space="preserve">REGISTRO </w:t>
            </w:r>
            <w:r>
              <w:rPr>
                <w:b/>
                <w:color w:val="123B70"/>
                <w:sz w:val="16"/>
              </w:rPr>
              <w:t>4</w:t>
            </w:r>
          </w:p>
        </w:tc>
      </w:tr>
      <w:tr w:rsidR="00267337" w:rsidRPr="00267337" w14:paraId="377AB0C0" w14:textId="77777777" w:rsidTr="00100DC6">
        <w:trPr>
          <w:jc w:val="center"/>
        </w:trPr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50869C7" w14:textId="77777777" w:rsidR="00267337" w:rsidRPr="00267337" w:rsidRDefault="00267337" w:rsidP="00100DC6">
            <w:r w:rsidRPr="00267337">
              <w:rPr>
                <w:b/>
                <w:color w:val="123B70"/>
                <w:sz w:val="16"/>
              </w:rPr>
              <w:t>Instituição:</w:t>
            </w:r>
          </w:p>
        </w:tc>
        <w:tc>
          <w:tcPr>
            <w:tcW w:w="3628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ECEEE82" w14:textId="77777777" w:rsidR="00267337" w:rsidRPr="00267337" w:rsidRDefault="00267337" w:rsidP="00100DC6"/>
        </w:tc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3A0A454" w14:textId="77777777" w:rsidR="00267337" w:rsidRPr="00267337" w:rsidRDefault="00267337" w:rsidP="00100DC6">
            <w:r w:rsidRPr="00267337">
              <w:rPr>
                <w:b/>
                <w:color w:val="123B70"/>
                <w:sz w:val="16"/>
              </w:rPr>
              <w:t>Graduação:</w:t>
            </w:r>
          </w:p>
        </w:tc>
        <w:tc>
          <w:tcPr>
            <w:tcW w:w="35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4CCFFB6" w14:textId="77777777" w:rsidR="00267337" w:rsidRPr="00267337" w:rsidRDefault="00267337" w:rsidP="00100DC6"/>
        </w:tc>
      </w:tr>
      <w:tr w:rsidR="00267337" w:rsidRPr="00267337" w14:paraId="3C2FAF56" w14:textId="77777777" w:rsidTr="00100DC6">
        <w:trPr>
          <w:jc w:val="center"/>
        </w:trPr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8DB8219" w14:textId="77777777" w:rsidR="00267337" w:rsidRPr="00267337" w:rsidRDefault="00267337" w:rsidP="00100DC6">
            <w:pPr>
              <w:rPr>
                <w:b/>
                <w:color w:val="123B70"/>
                <w:sz w:val="16"/>
              </w:rPr>
            </w:pPr>
            <w:r>
              <w:rPr>
                <w:b/>
                <w:color w:val="123B70"/>
                <w:sz w:val="16"/>
              </w:rPr>
              <w:t>Curso</w:t>
            </w:r>
          </w:p>
        </w:tc>
        <w:tc>
          <w:tcPr>
            <w:tcW w:w="3628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81AFCCF" w14:textId="77777777" w:rsidR="00267337" w:rsidRPr="00267337" w:rsidRDefault="00267337" w:rsidP="00100DC6"/>
        </w:tc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E615143" w14:textId="77777777" w:rsidR="00267337" w:rsidRPr="00267337" w:rsidRDefault="00267337" w:rsidP="00100DC6">
            <w:pPr>
              <w:rPr>
                <w:b/>
                <w:color w:val="123B70"/>
                <w:sz w:val="16"/>
              </w:rPr>
            </w:pPr>
            <w:r w:rsidRPr="00267337">
              <w:rPr>
                <w:b/>
                <w:color w:val="123B70"/>
                <w:sz w:val="16"/>
              </w:rPr>
              <w:t>Carga horária:</w:t>
            </w:r>
          </w:p>
        </w:tc>
        <w:tc>
          <w:tcPr>
            <w:tcW w:w="35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6775CCB" w14:textId="77777777" w:rsidR="00267337" w:rsidRPr="00267337" w:rsidRDefault="00267337" w:rsidP="00100DC6"/>
        </w:tc>
      </w:tr>
      <w:tr w:rsidR="00267337" w:rsidRPr="00267337" w14:paraId="69E5ADAD" w14:textId="77777777" w:rsidTr="00100DC6">
        <w:trPr>
          <w:jc w:val="center"/>
        </w:trPr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C665D0C" w14:textId="77777777" w:rsidR="00267337" w:rsidRPr="00267337" w:rsidRDefault="00267337" w:rsidP="00100DC6">
            <w:r w:rsidRPr="00267337">
              <w:rPr>
                <w:b/>
                <w:color w:val="123B70"/>
                <w:sz w:val="16"/>
              </w:rPr>
              <w:t>Data de início:</w:t>
            </w:r>
          </w:p>
        </w:tc>
        <w:tc>
          <w:tcPr>
            <w:tcW w:w="3628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E0C50ED" w14:textId="77777777" w:rsidR="00267337" w:rsidRPr="00267337" w:rsidRDefault="00267337" w:rsidP="00100DC6"/>
        </w:tc>
        <w:tc>
          <w:tcPr>
            <w:tcW w:w="1700" w:type="dxa"/>
            <w:shd w:val="clear" w:color="auto" w:fill="F4F7F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9897D72" w14:textId="77777777" w:rsidR="00267337" w:rsidRPr="00267337" w:rsidRDefault="00267337" w:rsidP="00100DC6">
            <w:r w:rsidRPr="00267337">
              <w:rPr>
                <w:b/>
                <w:color w:val="123B70"/>
                <w:sz w:val="16"/>
              </w:rPr>
              <w:t>Data de fim:</w:t>
            </w:r>
          </w:p>
        </w:tc>
        <w:tc>
          <w:tcPr>
            <w:tcW w:w="35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A9E6717" w14:textId="77777777" w:rsidR="00267337" w:rsidRPr="00267337" w:rsidRDefault="00267337" w:rsidP="00100DC6"/>
        </w:tc>
      </w:tr>
      <w:tr w:rsidR="00267337" w:rsidRPr="00267337" w14:paraId="06D0C505" w14:textId="77777777" w:rsidTr="00100DC6">
        <w:trPr>
          <w:trHeight w:val="564"/>
          <w:jc w:val="center"/>
        </w:trPr>
        <w:tc>
          <w:tcPr>
            <w:tcW w:w="10600" w:type="dxa"/>
            <w:gridSpan w:val="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B44BB43" w14:textId="77777777" w:rsidR="00267337" w:rsidRPr="00267337" w:rsidRDefault="00267337" w:rsidP="00100DC6">
            <w:r w:rsidRPr="00267337">
              <w:rPr>
                <w:b/>
                <w:color w:val="123B70"/>
                <w:sz w:val="16"/>
              </w:rPr>
              <w:t>Descrição do curso / principais conteúdos:</w:t>
            </w:r>
          </w:p>
        </w:tc>
      </w:tr>
    </w:tbl>
    <w:p w14:paraId="6F86ED1B" w14:textId="77777777" w:rsidR="002C3832" w:rsidRPr="00267337" w:rsidRDefault="002C3832">
      <w:pPr>
        <w:spacing w:before="20" w:after="20"/>
      </w:pPr>
    </w:p>
    <w:p w14:paraId="26432038" w14:textId="77777777" w:rsidR="002C3832" w:rsidRPr="00267337" w:rsidRDefault="00000000">
      <w:pPr>
        <w:spacing w:before="20" w:after="20"/>
      </w:pPr>
      <w:r w:rsidRPr="00267337">
        <w:rPr>
          <w:color w:val="5A6573"/>
          <w:sz w:val="15"/>
        </w:rPr>
        <w:t>Declaro que as informações prestadas são verdadeiras e que os comprovantes poderão ser solicitados para conferência.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1"/>
        <w:gridCol w:w="3628"/>
      </w:tblGrid>
      <w:tr w:rsidR="00267337" w:rsidRPr="00267337" w14:paraId="2605F37A" w14:textId="77777777">
        <w:trPr>
          <w:jc w:val="center"/>
        </w:trPr>
        <w:tc>
          <w:tcPr>
            <w:tcW w:w="3401" w:type="dxa"/>
            <w:tcMar>
              <w:top w:w="0" w:type="dxa"/>
              <w:left w:w="35" w:type="dxa"/>
              <w:bottom w:w="0" w:type="dxa"/>
              <w:right w:w="35" w:type="dxa"/>
            </w:tcMar>
          </w:tcPr>
          <w:p w14:paraId="69F6BC91" w14:textId="77777777" w:rsidR="00267337" w:rsidRDefault="00267337">
            <w:pPr>
              <w:jc w:val="center"/>
              <w:rPr>
                <w:color w:val="5A6573"/>
                <w:sz w:val="15"/>
              </w:rPr>
            </w:pPr>
          </w:p>
          <w:p w14:paraId="389854D7" w14:textId="77777777" w:rsidR="00267337" w:rsidRDefault="00267337">
            <w:pPr>
              <w:jc w:val="center"/>
              <w:rPr>
                <w:color w:val="5A6573"/>
                <w:sz w:val="15"/>
              </w:rPr>
            </w:pPr>
          </w:p>
          <w:p w14:paraId="3CC855AE" w14:textId="77777777" w:rsidR="00267337" w:rsidRDefault="00267337">
            <w:pPr>
              <w:jc w:val="center"/>
              <w:rPr>
                <w:color w:val="5A6573"/>
                <w:sz w:val="15"/>
              </w:rPr>
            </w:pPr>
          </w:p>
          <w:p w14:paraId="4BC86ABF" w14:textId="77777777" w:rsidR="00267337" w:rsidRDefault="00267337">
            <w:pPr>
              <w:jc w:val="center"/>
              <w:rPr>
                <w:color w:val="5A6573"/>
                <w:sz w:val="15"/>
              </w:rPr>
            </w:pPr>
          </w:p>
          <w:p w14:paraId="7837BE1C" w14:textId="6C8BD71D" w:rsidR="00267337" w:rsidRPr="00267337" w:rsidRDefault="00267337">
            <w:pPr>
              <w:jc w:val="center"/>
            </w:pPr>
            <w:r w:rsidRPr="00267337">
              <w:rPr>
                <w:color w:val="5A6573"/>
                <w:sz w:val="15"/>
              </w:rPr>
              <w:br/>
              <w:t>______________________________</w:t>
            </w:r>
            <w:r w:rsidRPr="00267337">
              <w:rPr>
                <w:color w:val="5A6573"/>
                <w:sz w:val="15"/>
              </w:rPr>
              <w:br/>
              <w:t>Data: ____/____/________</w:t>
            </w:r>
          </w:p>
        </w:tc>
        <w:tc>
          <w:tcPr>
            <w:tcW w:w="3628" w:type="dxa"/>
            <w:tcMar>
              <w:top w:w="0" w:type="dxa"/>
              <w:left w:w="35" w:type="dxa"/>
              <w:bottom w:w="0" w:type="dxa"/>
              <w:right w:w="35" w:type="dxa"/>
            </w:tcMar>
          </w:tcPr>
          <w:p w14:paraId="7FC5CC14" w14:textId="77777777" w:rsidR="00267337" w:rsidRDefault="00267337">
            <w:pPr>
              <w:jc w:val="center"/>
              <w:rPr>
                <w:color w:val="5A6573"/>
                <w:sz w:val="15"/>
              </w:rPr>
            </w:pPr>
          </w:p>
          <w:p w14:paraId="2DAE3243" w14:textId="77777777" w:rsidR="00267337" w:rsidRDefault="00267337">
            <w:pPr>
              <w:jc w:val="center"/>
              <w:rPr>
                <w:color w:val="5A6573"/>
                <w:sz w:val="15"/>
              </w:rPr>
            </w:pPr>
          </w:p>
          <w:p w14:paraId="1B9332ED" w14:textId="77777777" w:rsidR="00267337" w:rsidRDefault="00267337">
            <w:pPr>
              <w:jc w:val="center"/>
              <w:rPr>
                <w:color w:val="5A6573"/>
                <w:sz w:val="15"/>
              </w:rPr>
            </w:pPr>
          </w:p>
          <w:p w14:paraId="444D1613" w14:textId="77777777" w:rsidR="00267337" w:rsidRDefault="00267337">
            <w:pPr>
              <w:jc w:val="center"/>
              <w:rPr>
                <w:color w:val="5A6573"/>
                <w:sz w:val="15"/>
              </w:rPr>
            </w:pPr>
          </w:p>
          <w:p w14:paraId="0D853A1A" w14:textId="79156192" w:rsidR="00267337" w:rsidRPr="00267337" w:rsidRDefault="00267337">
            <w:pPr>
              <w:jc w:val="center"/>
            </w:pPr>
            <w:r w:rsidRPr="00267337">
              <w:rPr>
                <w:color w:val="5A6573"/>
                <w:sz w:val="15"/>
              </w:rPr>
              <w:br/>
              <w:t>______________________________</w:t>
            </w:r>
            <w:r w:rsidRPr="00267337">
              <w:rPr>
                <w:color w:val="5A6573"/>
                <w:sz w:val="15"/>
              </w:rPr>
              <w:br/>
              <w:t>Assinatura do(a) servidor(a)</w:t>
            </w:r>
          </w:p>
        </w:tc>
      </w:tr>
    </w:tbl>
    <w:p w14:paraId="4D5A5DEB" w14:textId="77777777" w:rsidR="006D3FB2" w:rsidRDefault="006D3FB2"/>
    <w:sectPr w:rsidR="006D3FB2" w:rsidSect="00034616">
      <w:footerReference w:type="default" r:id="rId9"/>
      <w:pgSz w:w="11906" w:h="16838"/>
      <w:pgMar w:top="425" w:right="652" w:bottom="369" w:left="652" w:header="17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3A498" w14:textId="77777777" w:rsidR="006D3FB2" w:rsidRPr="00267337" w:rsidRDefault="006D3FB2">
      <w:r w:rsidRPr="00267337">
        <w:separator/>
      </w:r>
    </w:p>
  </w:endnote>
  <w:endnote w:type="continuationSeparator" w:id="0">
    <w:p w14:paraId="55E7B89B" w14:textId="77777777" w:rsidR="006D3FB2" w:rsidRPr="00267337" w:rsidRDefault="006D3FB2">
      <w:r w:rsidRPr="002673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207A2" w14:textId="77777777" w:rsidR="002C3832" w:rsidRPr="00267337" w:rsidRDefault="00000000">
    <w:pPr>
      <w:pStyle w:val="Rodap"/>
      <w:jc w:val="center"/>
    </w:pPr>
    <w:r w:rsidRPr="00267337">
      <w:rPr>
        <w:color w:val="5A6573"/>
        <w:sz w:val="14"/>
      </w:rPr>
      <w:t xml:space="preserve">Secretaria de Educação e Esportes de </w:t>
    </w:r>
    <w:proofErr w:type="gramStart"/>
    <w:r w:rsidRPr="00267337">
      <w:rPr>
        <w:color w:val="5A6573"/>
        <w:sz w:val="14"/>
      </w:rPr>
      <w:t>Pernambuco  |</w:t>
    </w:r>
    <w:proofErr w:type="gramEnd"/>
    <w:r w:rsidRPr="00267337">
      <w:rPr>
        <w:color w:val="5A6573"/>
        <w:sz w:val="14"/>
      </w:rPr>
      <w:t xml:space="preserve">  Documento de uso administrativo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590BE" w14:textId="77777777" w:rsidR="006D3FB2" w:rsidRPr="00267337" w:rsidRDefault="006D3FB2">
      <w:r w:rsidRPr="00267337">
        <w:separator/>
      </w:r>
    </w:p>
  </w:footnote>
  <w:footnote w:type="continuationSeparator" w:id="0">
    <w:p w14:paraId="285653D8" w14:textId="77777777" w:rsidR="006D3FB2" w:rsidRPr="00267337" w:rsidRDefault="006D3FB2">
      <w:r w:rsidRPr="0026733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0743583">
    <w:abstractNumId w:val="8"/>
  </w:num>
  <w:num w:numId="2" w16cid:durableId="1973290660">
    <w:abstractNumId w:val="6"/>
  </w:num>
  <w:num w:numId="3" w16cid:durableId="1577589379">
    <w:abstractNumId w:val="5"/>
  </w:num>
  <w:num w:numId="4" w16cid:durableId="1398898634">
    <w:abstractNumId w:val="4"/>
  </w:num>
  <w:num w:numId="5" w16cid:durableId="660622334">
    <w:abstractNumId w:val="7"/>
  </w:num>
  <w:num w:numId="6" w16cid:durableId="1920750047">
    <w:abstractNumId w:val="3"/>
  </w:num>
  <w:num w:numId="7" w16cid:durableId="656298994">
    <w:abstractNumId w:val="2"/>
  </w:num>
  <w:num w:numId="8" w16cid:durableId="1150446273">
    <w:abstractNumId w:val="1"/>
  </w:num>
  <w:num w:numId="9" w16cid:durableId="127463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254C"/>
    <w:rsid w:val="00267337"/>
    <w:rsid w:val="0029639D"/>
    <w:rsid w:val="002C3832"/>
    <w:rsid w:val="00326F90"/>
    <w:rsid w:val="006D3FB2"/>
    <w:rsid w:val="00AA1D8D"/>
    <w:rsid w:val="00B47730"/>
    <w:rsid w:val="00CB0664"/>
    <w:rsid w:val="00E85B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B14214"/>
  <w14:defaultImageDpi w14:val="300"/>
  <w15:docId w15:val="{B9ED6ABD-0773-45B6-95BF-E2A37AD8D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sz w:val="17"/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Devid Wellton de Pontes Siqueira</cp:lastModifiedBy>
  <cp:revision>2</cp:revision>
  <dcterms:created xsi:type="dcterms:W3CDTF">2026-09-05T17:05:00Z</dcterms:created>
  <dcterms:modified xsi:type="dcterms:W3CDTF">2026-09-05T17:05:00Z</dcterms:modified>
  <cp:category/>
</cp:coreProperties>
</file>